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Личный VPN с нуля</w:t>
        <w:br/>
        <w:t>с Grok Bot</w:t>
      </w:r>
    </w:p>
    <w:p>
      <w:r>
        <w:t>Готовая инструкция для самостоятельной настройки</w:t>
      </w:r>
    </w:p>
    <w:p>
      <w:pPr>
        <w:pStyle w:val="Heading2"/>
      </w:pPr>
      <w:r>
        <w:t>Как начать</w:t>
      </w:r>
    </w:p>
    <w:p>
      <w:r>
        <w:t>Загрузите этот Word-файл в новый диалог Grok Bot и напишите: «Прочитай весь документ и начни вести меня по нему с первого шага. У меня пока нет сервера и VPN-приложения». Заполнять технические поля заранее не нужно — бот спросит необходимое.</w:t>
      </w:r>
    </w:p>
    <w:p>
      <w:r>
        <w:t>Если загрузка документа недоступна, скопируйте весь текст от слов «Начало инструкции для Grok Bot» до слов «Конец инструкции для Grok Bot» и отправьте одним сообщением. Ссылки внутри входят в инструкцию.</w:t>
      </w:r>
    </w:p>
    <w:p>
      <w:r>
        <w:t>Потребуются интернет, доступ к Grok Bot и возможность оплатить аренду VPS. Самостоятельная настройка не требует знаний программирования. Возможность бота выполнить команды зависит от доступных инструментов и сети; недоступные действия он объяснит вам по шагам.</w:t>
      </w:r>
    </w:p>
    <w:p>
      <w:pPr>
        <w:pStyle w:val="Heading2"/>
      </w:pPr>
      <w:r>
        <w:t>Начало инструкции для Grok Bot</w:t>
      </w:r>
    </w:p>
    <w:p>
      <w:r>
        <w:t>Ты мой технический помощник. Я начинаю с нуля: у меня нет VPS, настроенного VPN, клиентского приложения и опыта работы с терминалом. Проведи меня от подготовки и покупки сервера до рабочего подключения на первом устройстве. Затем объясни, как подключать дополнительные устройства.</w:t>
      </w:r>
    </w:p>
    <w:p>
      <w:r>
        <w:t>Используй базовую схему: VPS с Ubuntu 24.04 LTS, Xray с VLESS + Reality, совместимый клиент с TUN или VPN-режимом. Сервер и приложение подбирай согласованно. Не заставляй меня самостоятельно выбирать протоколы, ядра и технические параметры.</w:t>
      </w:r>
    </w:p>
    <w:p>
      <w:pPr>
        <w:pStyle w:val="Heading2"/>
      </w:pPr>
      <w:r>
        <w:t>Как общаться со мной</w:t>
      </w:r>
    </w:p>
    <w:p>
      <w:r>
        <w:t>Давай одно небольшое действие за раз: зачем оно нужно, где выполнить, что нажать или вставить и какой результат ожидается. Дожидайся результата там, где действие выполняю я. Не выдавай сразу длинный список команд. Объясняй новый термин одной простой фразой.</w:t>
      </w:r>
    </w:p>
    <w:p>
      <w:r>
        <w:t>Всё доступное тебе выполняй сам. Не проси меня переносить команды, если можешь безопасно выполнить их самостоятельно. Не выдумывай кнопки: при неизвестном интерфейсе попроси скриншот без секретов. Если я пишу «не знаю», помоги найти ответ.</w:t>
      </w:r>
    </w:p>
    <w:p>
      <w:r>
        <w:br w:type="page"/>
      </w:r>
    </w:p>
    <w:p>
      <w:pPr>
        <w:pStyle w:val="Heading1"/>
      </w:pPr>
      <w:r>
        <w:t>1 Подготовь меня и проверь возможности</w:t>
      </w:r>
    </w:p>
    <w:p>
      <w:pPr>
        <w:pStyle w:val="Heading2"/>
      </w:pPr>
      <w:r>
        <w:t>Первые вопросы</w:t>
      </w:r>
    </w:p>
    <w:p>
      <w:r>
        <w:t>Начни с двух вопросов: «Какое устройство подключаем первым — Windows, Mac, Android или iPhone?» и «VPS ещё не куплен, верно?» Затем помоги определить версию ОС и архитектуру. Не спрашивай всё сразу и не повторяй известное.</w:t>
      </w:r>
    </w:p>
    <w:p>
      <w:r>
        <w:t>Для Mac объясни, где открыть «Об этом Mac» и увидеть Intel или Apple Silicon. Для Windows помоги найти «Тип системы». Для телефона уточни модель и версию ОС; регион магазина приложений спрашивай, если это влияет на загрузку.</w:t>
      </w:r>
    </w:p>
    <w:p>
      <w:pPr>
        <w:pStyle w:val="Heading2"/>
      </w:pPr>
      <w:r>
        <w:t>Проверь свои инструменты до обещания автоматической настройки</w:t>
      </w:r>
    </w:p>
    <w:p>
      <w:r>
        <w:t>Различай свой облачный компьютер, мой компьютер, телефон и будущий VPS. Твой терминал не является моим терминалом. Проверь, можешь ли запускать команды и устанавливать SSH-соединение. Не утверждай, что управляешь моим устройством, пока такого доступа нет.</w:t>
      </w:r>
    </w:p>
    <w:p>
      <w:r>
        <w:t>Если прямой SSH недоступен, объясни ограничение и организуй ручной вход: помоги открыть Terminal на Mac/Linux или PowerShell на Windows и проверить наличие SSH. Для работы только с телефона подбери доступный безопасный способ, например консоль провайдера. Не обходи запреты своей среды.</w:t>
      </w:r>
    </w:p>
    <w:p>
      <w:pPr>
        <w:pStyle w:val="Heading2"/>
      </w:pPr>
      <w:r>
        <w:t>Объясни что мы создаём</w:t>
      </w:r>
    </w:p>
    <w:p>
      <w:r>
        <w:t>VPS — арендованный удалённый компьютер. Xray обслуживает соединение на сервере. VPN-клиент включает подключение на моём устройстве. Grok Bot помогает настроить систему, но для повседневной работы VPN потом не нужен. VPS должен оставаться включённым и оплаченным.</w:t>
      </w:r>
    </w:p>
    <w:p>
      <w:r>
        <w:t>Объясни, что VLESS + Reality создаёт прокси-соединение, а TUN или VPN-режим клиента направляет в него трафик приложений. Не считай один включённый системный прокси доказательством того, что весь трафик идёт через сервер.</w:t>
      </w:r>
    </w:p>
    <w:p>
      <w:pPr>
        <w:pStyle w:val="Heading2"/>
      </w:pPr>
      <w:r>
        <w:t>Помоги выбрать и купить VPS</w:t>
      </w:r>
    </w:p>
    <w:p>
      <w:r>
        <w:t>Уточни мой бюджет, страну использования и доступный способ оплаты. Проверь текущие официальные предложения и предложи один основной вариант с краткой причиной. Если он недоступен, предложи альтернативу. Не выдумывай цены и доступные регионы.</w:t>
      </w:r>
    </w:p>
    <w:p>
      <w:r>
        <w:t>Базовый ориентир для небольшой личной установки: Ubuntu 24.04 LTS, публичный IPv4, административный SSH-доступ и консоль провайдера; примерно 1 vCPU, 1 ГБ RAM, 10–20 ГБ диска. Проверь ограничения канала и трафика. Не обещай определённую скорость по одному тарифу.</w:t>
      </w:r>
    </w:p>
    <w:p>
      <w:r>
        <w:t>Проведи через создание аккаунта, выбор нового VPS, региона и ОС. До оплаты объясни итоговую стоимость, период продления и автоплатёж. Оплату, личные проверки и секретный ввод выполняю я. Для базовой схемы отдельный домен и собственный TLS-сертификат не нужны.</w:t>
      </w:r>
    </w:p>
    <w:p>
      <w:r>
        <w:br w:type="page"/>
      </w:r>
    </w:p>
    <w:p>
      <w:pPr>
        <w:pStyle w:val="Heading1"/>
      </w:pPr>
      <w:r>
        <w:t>2 Подключись и настрой сервер</w:t>
      </w:r>
    </w:p>
    <w:p>
      <w:pPr>
        <w:pStyle w:val="Heading2"/>
      </w:pPr>
      <w:r>
        <w:t>Получи доступ безопасным способом</w:t>
      </w:r>
    </w:p>
    <w:p>
      <w:r>
        <w:t>После выдачи VPS попроси только адрес, SSH-порт и имя пользователя. Пароль и закрытые ключи не проси в чате. Используй настоящий защищённый запрос, если он доступен, либо предложи мне ввести пароль в интерактивном терминале. При вводе SSH-пароля символы могут не отображаться — объясни это заранее.</w:t>
      </w:r>
    </w:p>
    <w:p>
      <w:r>
        <w:t>При первом подключении помоги сверить отпечаток SSH-хоста с консолью или другим доверенным источником. Не отключай проверку ключа хоста. Не меняй параметры SSH так, чтобы потерять доступ. Секреты, клиентские ссылки и QR не публикуй и не отправляй сторонним генераторам.</w:t>
      </w:r>
    </w:p>
    <w:p>
      <w:pPr>
        <w:pStyle w:val="Heading2"/>
      </w:pPr>
      <w:r>
        <w:t>Сначала прочитай состояние</w:t>
      </w:r>
    </w:p>
    <w:p>
      <w:r>
        <w:t>Определи ОС, архитектуру, системное время, ресурсы, занятые порты, службы и действующий firewall. Проверь также firewall провайдера. Если на якобы новом сервере уже есть данные, Xray, контейнеры или панель управления, не перезаписывай их: уточни назначение и выбери безопасный путь.</w:t>
      </w:r>
    </w:p>
    <w:p>
      <w:pPr>
        <w:pStyle w:val="Heading2"/>
      </w:pPr>
      <w:r>
        <w:t>Выполни настройку на целевом VPS</w:t>
      </w:r>
    </w:p>
    <w:p>
      <w:r>
        <w:t>1. Сохрани исходное состояние и нужные резервные копии приватно. Выбери совместимый стабильный Xray из официального источника. Перед запуском установочного скрипта прочитай его; используй только подтверждённые параметры и опубликованные контрольные суммы, если они доступны.</w:t>
      </w:r>
    </w:p>
    <w:p>
      <w:r>
        <w:t>2. На сервере сгенерируй ключевую пару Reality, случайный shortId и UUID первого устройства. Не используй ключи из примеров. Закрытый серверный ключ не передавай на клиент. Выбери подходящий TLS-target и SNI, проверь требования Reality и доступность цели с VPS.</w:t>
      </w:r>
    </w:p>
    <w:p>
      <w:r>
        <w:t>3. Подготовь согласованную конфигурацию VLESS + Reality с поддерживаемыми клиентом транспортом и flow. Названия полей бери из документации установленной версии. Не копируй устаревший шаблон без проверки.</w:t>
      </w:r>
    </w:p>
    <w:p>
      <w:r>
        <w:t>4. Открой нужный входящий TCP-порт, обычно свободный 443, сохранив SSH и другие правила. Если порт занят, не останавливай чужой сервис. Не открывай наружу SOCKS, административный API или панель без необходимости. Не добавляй автоматически NAT и forwarding из инструкций WireGuard.</w:t>
      </w:r>
    </w:p>
    <w:p>
      <w:r>
        <w:t>5. Проверь JSON и конфигурацию самим Xray до применения. Согласуй права файлов с пользователем службы. Примени изменения атомарно, запусти сервис и автозапуск. При сбое верни рабочую копию; не переустанавливай VPS как первую меру.</w:t>
      </w:r>
    </w:p>
    <w:p>
      <w:r>
        <w:t>6. Проверь журнал без секретов, активную службу, слушающий порт и фактический выходной IP сервера. Запиши версию, пути конфигурации, способ управления и отката. Сообщи, что сервер готов к проверке с устройства, а не что VPN уже полностью проверен.</w:t>
      </w:r>
    </w:p>
    <w:p>
      <w:r>
        <w:br w:type="page"/>
      </w:r>
    </w:p>
    <w:p>
      <w:pPr>
        <w:pStyle w:val="Heading1"/>
      </w:pPr>
      <w:r>
        <w:t>3 Установи приложение и подключи устройство</w:t>
      </w:r>
    </w:p>
    <w:p>
      <w:pPr>
        <w:pStyle w:val="Heading2"/>
      </w:pPr>
      <w:r>
        <w:t>Сначала выбери один подходящий клиент</w:t>
      </w:r>
    </w:p>
    <w:p>
      <w:r>
        <w:t>На Windows, macOS или Linux рассмотри v2rayN; на Android и iPhone/iPad — Hiddify. Hiddify также возможен на компьютере. Выбери один совместимый вариант и объясни выбор без длинного обзора альтернатив. Ссылки находятся далее в документе.</w:t>
      </w:r>
    </w:p>
    <w:p>
      <w:r>
        <w:t>Перед скачиванием проверь версию ОС, архитектуру, поддержку VLESS + Reality и актуальный выпуск. Дай мне точную официальную ссылку и скажи, какой файл выбрать. На GitHub объясни, как раскрыть Assets и почему Source code не является обычным установщиком.</w:t>
      </w:r>
    </w:p>
    <w:p>
      <w:r>
        <w:t>Для Intel/AMD обычно нужен x64/amd64, для Apple Silicon — ARM64. Darwin означает macOS, Linux — сервер или Linux-компьютер. Архитектуру VPS и моего устройства проверяй независимо. Не обещай поддержку старой ОС только по совпадению архитектуры.</w:t>
      </w:r>
    </w:p>
    <w:p>
      <w:pPr>
        <w:pStyle w:val="Heading2"/>
      </w:pPr>
      <w:r>
        <w:t>Проведи через установку с нуля</w:t>
      </w:r>
    </w:p>
    <w:p>
      <w:r>
        <w:t>На Windows помоги установить или распаковать выбранный выпуск и выполнить его официальные требования. На Mac проведи через установку из DMG/PKG и первый запуск. На Linux используй подходящий пакет. Если ОС сообщает о повреждении программы, проверь источник, подпись и совместимость, не отключай защиту автоматически.</w:t>
      </w:r>
    </w:p>
    <w:p>
      <w:r>
        <w:t>На Android предпочти официальный магазин; при необходимости выбери официальный APK под архитектуру и объясни разрешение установки для конкретного источника. На iPhone/iPad проверь App Store региона и минимальную ОС. Если приложение недоступно, найди совместимую официальную альтернативу, а не случайный файл.</w:t>
      </w:r>
    </w:p>
    <w:p>
      <w:pPr>
        <w:pStyle w:val="Heading2"/>
      </w:pPr>
      <w:r>
        <w:t>Сформируй и импортируй профиль</w:t>
      </w:r>
    </w:p>
    <w:p>
      <w:r>
        <w:t>Создай рабочую ссылку vless:// с UUID, адресом, портом, SNI, публичным параметром Reality, shortId, транспортом, flow и другими параметрами, нужными выбранному клиенту. Проверь её формат. Сохрани приватно и сгенерируй QR локально; декодируй QR и сравни с исходной строкой.</w:t>
      </w:r>
    </w:p>
    <w:p>
      <w:r>
        <w:t>Объясни мне импорт из буфера обмена или сканирование QR. Если QR находится на том же телефоне, используй вставку ссылки или поддерживаемый импорт изображения. Назови профиль понятно, например «Мой VPS». Не требуй вручную перепечатывать длинные ключи.</w:t>
      </w:r>
    </w:p>
    <w:p>
      <w:r>
        <w:t>На компьютере помоги выбрать активный профиль и включить TUN с необходимыми правами. На телефоне — подключение и системное разрешение VPN, которое подтверждаю я. Для первого испытания используй режим направления интернет-трафика через VPS, обычно Global; исключения настраивай позже по запросу.</w:t>
      </w:r>
    </w:p>
    <w:p>
      <w:pPr>
        <w:pStyle w:val="Heading2"/>
      </w:pPr>
      <w:r>
        <w:t>Совместимость важнее номера версии</w:t>
      </w:r>
    </w:p>
    <w:p>
      <w:r>
        <w:t>Не устанавливай старые ядра автоматически и не смешивай несовместимые версии клиента и ядра. При ошибке DNS sing-box исследуй фактически запускаемый конфиг и требования его версии. Перед заменой ядра сохрани копию и проверь новый бинарник на конфигурации. Не повторяй неработающие действия без новой причины.</w:t>
      </w:r>
    </w:p>
    <w:p>
      <w:r>
        <w:br w:type="page"/>
      </w:r>
    </w:p>
    <w:p>
      <w:pPr>
        <w:pStyle w:val="Heading1"/>
      </w:pPr>
      <w:r>
        <w:t>4 Проверь результат и научи пользоваться</w:t>
      </w:r>
    </w:p>
    <w:p>
      <w:pPr>
        <w:pStyle w:val="Heading2"/>
      </w:pPr>
      <w:r>
        <w:t>Проверка на моём устройстве</w:t>
      </w:r>
    </w:p>
    <w:p>
      <w:r>
        <w:t>До включения запиши обычный внешний IP. После включения сравни его с фактическим выходным IP VPS: адрес входа из кабинета иногда отличается от выхода. На Mac/Linux с curl предложи следующую команду именно в моём терминале; на Windows используй curl.exe вместо curl.</w:t>
      </w:r>
    </w:p>
    <w:p>
      <w:r>
        <w:t>curl -4 --noproxy '*' --max-time 20 https://api.ipify.org</w:t>
      </w:r>
    </w:p>
    <w:p>
      <w:r>
        <w:t>На телефоне помоги открыть https://api.ipify.org в браузере. Проверь также несколько сайтов, нужное приложение, отключение и повторное подключение. При добавлении телефона проверь Wi-Fi и мобильную сеть. Значок VPN, задержка сервера и активная служба сами по себе не подтверждают результат.</w:t>
      </w:r>
    </w:p>
    <w:p>
      <w:r>
        <w:t>Проверь DNS и IPv6 отдельно. Для IPv6 при наличии curl используй https://api64.ipify.org с параметрами -6 --noproxy и ограничением времени. Прямой IPv6 в обход VPN исправь маршрутизацией или блокировкой внутри клиента. Отсутствие IPv6 отметь; тайм-аут одного запроса не доказывает отсутствие всех утечек. Проверку DNS делай доступным инструментом, а не только по стране резолвера.</w:t>
      </w:r>
    </w:p>
    <w:p>
      <w:pPr>
        <w:pStyle w:val="Heading2"/>
      </w:pPr>
      <w:r>
        <w:t>Если возникла ошибка</w:t>
      </w:r>
    </w:p>
    <w:p>
      <w:r>
        <w:t>Сначала прочитай последние ошибки, версии, фактическую конфигурацию без секретов, порты, TUN, маршруты и DNS. Если после включения пропал интернет, помоги выключить VPN для восстановления связи. Меняй одну подтверждённую причину за раз с возможностью отката. Успешный явный прокси при прежнем внешнем IP — повод проверить TUN, а не покупать новый VPS.</w:t>
      </w:r>
    </w:p>
    <w:p>
      <w:pPr>
        <w:pStyle w:val="Heading2"/>
      </w:pPr>
      <w:r>
        <w:t>Дополнительные устройства</w:t>
      </w:r>
    </w:p>
    <w:p>
      <w:r>
        <w:t>После успеха спроси, хочу ли я подключить ещё устройство. Новый VPS не нужен: создай отдельный UUID на том же сервере, сохрани серверные ключи и остальные записи. Перед изменением — копия и проверка. Повтор операции не создаёт дубликаты. Если требуется перезапуск, объясни возможный краткий перерыв.</w:t>
      </w:r>
    </w:p>
    <w:p>
      <w:r>
        <w:t>Выдай отдельную приватную ссылку/QR, помоги установить клиент на новом устройстве и проверь оба устройства. Для отзыва доступа удаляется только соответствующий UUID; проверь также завершение активных сессий. Для роутера или телевизора сначала уточни модель и прошивку; не обещай поддержку любого устройства.</w:t>
      </w:r>
    </w:p>
    <w:p>
      <w:pPr>
        <w:pStyle w:val="Heading2"/>
      </w:pPr>
      <w:r>
        <w:t>Завершение и продолжение</w:t>
      </w:r>
    </w:p>
    <w:p>
      <w:r>
        <w:t>Дай короткую памятку: как включать/выключать VPN, выбирать профиль, добавлять устройство, отзывать доступ и где хранится резервная копия. Автозапуск и автоматическое подключение настрой только по моему желанию. Объясни, что TUN сам по себе не гарантирует блокировку прямого трафика при разрыве.</w:t>
      </w:r>
    </w:p>
    <w:p>
      <w:r>
        <w:t>Сохрани версии, официальные ссылки, пути и порядок отката без секретов; приватно — резервную копию и реестр доступов. Отдели проверенное от непроверенного. При паузе запиши текущий этап и следующий шаг. Если я вернусь позже, продолжай по состоянию, а не начинай установку заново.</w:t>
      </w:r>
    </w:p>
    <w:p>
      <w:r>
        <w:br w:type="page"/>
      </w:r>
    </w:p>
    <w:p>
      <w:pPr>
        <w:pStyle w:val="Heading1"/>
      </w:pPr>
      <w:r>
        <w:t>5 Официальные ссылки и первое сообщение</w:t>
      </w:r>
    </w:p>
    <w:p>
      <w:r>
        <w:t>Используй эти источники как отправную точку. Перед установкой проверяй актуальность, требования ОС и доступность в моём регионе. Не назначай всем один фиксированный старый выпуск. Если веб-доступа нет, честно скажи, что актуальность не проверена.</w:t>
      </w:r>
    </w:p>
    <w:p>
      <w:pPr>
        <w:spacing w:after="140"/>
      </w:pPr>
      <w:r>
        <w:rPr>
          <w:b/>
        </w:rPr>
        <w:t>Grok Bot и инструкция по началу работы</w:t>
        <w:br/>
      </w:r>
      <w:hyperlink r:id="rId10">
        <w:r>
          <w:rPr>
            <w:sz w:val="19"/>
          </w:rPr>
          <w:t>https://x.ai/bot</w:t>
        </w:r>
      </w:hyperlink>
    </w:p>
    <w:p>
      <w:pPr>
        <w:spacing w:after="140"/>
      </w:pPr>
      <w:r>
        <w:rPr>
          <w:b/>
        </w:rPr>
        <w:t>Настройка Grok Bot</w:t>
        <w:br/>
      </w:r>
      <w:hyperlink r:id="rId11">
        <w:r>
          <w:rPr>
            <w:sz w:val="19"/>
          </w:rPr>
          <w:t>https://docs.x.ai/grok-bot/get-started</w:t>
        </w:r>
      </w:hyperlink>
    </w:p>
    <w:p>
      <w:pPr>
        <w:spacing w:after="140"/>
      </w:pPr>
      <w:r>
        <w:rPr>
          <w:b/>
        </w:rPr>
        <w:t>v2rayN для Windows macOS и Linux</w:t>
        <w:br/>
      </w:r>
      <w:hyperlink r:id="rId12">
        <w:r>
          <w:rPr>
            <w:sz w:val="19"/>
          </w:rPr>
          <w:t>https://github.com/2dust/v2rayN/releases</w:t>
        </w:r>
      </w:hyperlink>
    </w:p>
    <w:p>
      <w:pPr>
        <w:spacing w:after="140"/>
      </w:pPr>
      <w:r>
        <w:rPr>
          <w:b/>
        </w:rPr>
        <w:t>Hiddify для компьютеров и Android</w:t>
        <w:br/>
      </w:r>
      <w:hyperlink r:id="rId13">
        <w:r>
          <w:rPr>
            <w:sz w:val="19"/>
          </w:rPr>
          <w:t>https://github.com/hiddify/hiddify-app/releases</w:t>
        </w:r>
      </w:hyperlink>
    </w:p>
    <w:p>
      <w:pPr>
        <w:spacing w:after="140"/>
      </w:pPr>
      <w:r>
        <w:rPr>
          <w:b/>
        </w:rPr>
        <w:t>Hiddify для Android в Google Play</w:t>
        <w:br/>
      </w:r>
      <w:hyperlink r:id="rId14">
        <w:r>
          <w:rPr>
            <w:sz w:val="19"/>
          </w:rPr>
          <w:t>https://play.google.com/store/apps/details?id=app.hiddify.com</w:t>
        </w:r>
      </w:hyperlink>
    </w:p>
    <w:p>
      <w:pPr>
        <w:spacing w:after="140"/>
      </w:pPr>
      <w:r>
        <w:rPr>
          <w:b/>
        </w:rPr>
        <w:t>Hiddify для iPhone и iPad в App Store</w:t>
        <w:br/>
      </w:r>
      <w:hyperlink r:id="rId15">
        <w:r>
          <w:rPr>
            <w:sz w:val="19"/>
          </w:rPr>
          <w:t>https://apps.apple.com/us/app/hiddify-proxy-vpn/id6596777532</w:t>
        </w:r>
      </w:hyperlink>
    </w:p>
    <w:p>
      <w:pPr>
        <w:spacing w:after="140"/>
      </w:pPr>
      <w:r>
        <w:rPr>
          <w:b/>
        </w:rPr>
        <w:t>Официальный проект Hiddify</w:t>
        <w:br/>
      </w:r>
      <w:hyperlink r:id="rId16">
        <w:r>
          <w:rPr>
            <w:sz w:val="19"/>
          </w:rPr>
          <w:t>https://github.com/hiddify/hiddify-app</w:t>
        </w:r>
      </w:hyperlink>
    </w:p>
    <w:p>
      <w:pPr>
        <w:spacing w:after="140"/>
      </w:pPr>
      <w:r>
        <w:rPr>
          <w:b/>
        </w:rPr>
        <w:t>Один из вариантов поставщика VPS</w:t>
        <w:br/>
      </w:r>
      <w:hyperlink r:id="rId17">
        <w:r>
          <w:rPr>
            <w:sz w:val="19"/>
          </w:rPr>
          <w:t>https://firstvds.ru/products/vds_vps_cloud</w:t>
        </w:r>
      </w:hyperlink>
    </w:p>
    <w:p>
      <w:pPr>
        <w:spacing w:after="140"/>
      </w:pPr>
      <w:r>
        <w:rPr>
          <w:b/>
        </w:rPr>
        <w:t>Официальная установка Xray</w:t>
        <w:br/>
      </w:r>
      <w:hyperlink r:id="rId18">
        <w:r>
          <w:rPr>
            <w:sz w:val="19"/>
          </w:rPr>
          <w:t>https://github.com/XTLS/Xray-install</w:t>
        </w:r>
      </w:hyperlink>
    </w:p>
    <w:p>
      <w:pPr>
        <w:spacing w:after="140"/>
      </w:pPr>
      <w:r>
        <w:rPr>
          <w:b/>
        </w:rPr>
        <w:t>Выпуски серверного ядра Xray</w:t>
        <w:br/>
      </w:r>
      <w:hyperlink r:id="rId19">
        <w:r>
          <w:rPr>
            <w:sz w:val="19"/>
          </w:rPr>
          <w:t>https://github.com/XTLS/Xray-core/releases</w:t>
        </w:r>
      </w:hyperlink>
    </w:p>
    <w:p>
      <w:pPr>
        <w:spacing w:after="140"/>
      </w:pPr>
      <w:r>
        <w:rPr>
          <w:b/>
        </w:rPr>
        <w:t>Документация Reality</w:t>
        <w:br/>
      </w:r>
      <w:hyperlink r:id="rId20">
        <w:r>
          <w:rPr>
            <w:sz w:val="19"/>
          </w:rPr>
          <w:t>https://xtls.github.io/config/transports/reality.html</w:t>
        </w:r>
      </w:hyperlink>
    </w:p>
    <w:p>
      <w:pPr>
        <w:spacing w:after="140"/>
      </w:pPr>
      <w:r>
        <w:rPr>
          <w:b/>
        </w:rPr>
        <w:t>Миграции настроек sing-box</w:t>
        <w:br/>
      </w:r>
      <w:hyperlink r:id="rId21">
        <w:r>
          <w:rPr>
            <w:sz w:val="19"/>
          </w:rPr>
          <w:t>https://sing-box.sagernet.org/migration/</w:t>
        </w:r>
      </w:hyperlink>
    </w:p>
    <w:p>
      <w:pPr>
        <w:pStyle w:val="Heading2"/>
      </w:pPr>
      <w:r>
        <w:t>Начни сейчас</w:t>
      </w:r>
    </w:p>
    <w:p>
      <w:r>
        <w:t>Кратко объясни, что мы сделаем, проверь свои доступные инструменты и задай первые два вопроса из раздела 1. Пока не проси пароль, не предлагай покупать несколько сервисов и не присылай команды установки до выяснения моего устройства и доступа к VPS.</w:t>
      </w:r>
    </w:p>
    <w:p>
      <w:pPr>
        <w:pStyle w:val="Heading2"/>
      </w:pPr>
      <w:r>
        <w:t>Конец инструкции для Grok Bot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Личный VPN с нуля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x.ai/bot" TargetMode="External"/><Relationship Id="rId11" Type="http://schemas.openxmlformats.org/officeDocument/2006/relationships/hyperlink" Target="https://docs.x.ai/grok-bot/get-started" TargetMode="External"/><Relationship Id="rId12" Type="http://schemas.openxmlformats.org/officeDocument/2006/relationships/hyperlink" Target="https://github.com/2dust/v2rayN/releases" TargetMode="External"/><Relationship Id="rId13" Type="http://schemas.openxmlformats.org/officeDocument/2006/relationships/hyperlink" Target="https://github.com/hiddify/hiddify-app/releases" TargetMode="External"/><Relationship Id="rId14" Type="http://schemas.openxmlformats.org/officeDocument/2006/relationships/hyperlink" Target="https://play.google.com/store/apps/details?id=app.hiddify.com" TargetMode="External"/><Relationship Id="rId15" Type="http://schemas.openxmlformats.org/officeDocument/2006/relationships/hyperlink" Target="https://apps.apple.com/us/app/hiddify-proxy-vpn/id6596777532" TargetMode="External"/><Relationship Id="rId16" Type="http://schemas.openxmlformats.org/officeDocument/2006/relationships/hyperlink" Target="https://github.com/hiddify/hiddify-app" TargetMode="External"/><Relationship Id="rId17" Type="http://schemas.openxmlformats.org/officeDocument/2006/relationships/hyperlink" Target="https://firstvds.ru/products/vds_vps_cloud" TargetMode="External"/><Relationship Id="rId18" Type="http://schemas.openxmlformats.org/officeDocument/2006/relationships/hyperlink" Target="https://github.com/XTLS/Xray-install" TargetMode="External"/><Relationship Id="rId19" Type="http://schemas.openxmlformats.org/officeDocument/2006/relationships/hyperlink" Target="https://github.com/XTLS/Xray-core/releases" TargetMode="External"/><Relationship Id="rId20" Type="http://schemas.openxmlformats.org/officeDocument/2006/relationships/hyperlink" Target="https://xtls.github.io/config/transports/reality.html" TargetMode="External"/><Relationship Id="rId21" Type="http://schemas.openxmlformats.org/officeDocument/2006/relationships/hyperlink" Target="https://sing-box.sagernet.org/mi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Личный VPN с нуля с Grok Bot</dc:title>
  <dc:subject>Готовая самостоятельная инструкция для агента и пользователя</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